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4F11" w:rsidRDefault="00543710">
      <w:pPr>
        <w:pStyle w:val="Heading1"/>
        <w:jc w:val="center"/>
      </w:pPr>
      <w:r>
        <w:t>Stripe Connect Setup Guide for Organisers</w:t>
      </w:r>
    </w:p>
    <w:p w:rsidR="00284F11" w:rsidRDefault="00543710">
      <w:pPr>
        <w:jc w:val="center"/>
      </w:pPr>
      <w:r>
        <w:rPr>
          <w:b/>
        </w:rPr>
        <w:t>KidsClub - Activity &amp; Event Marketplace</w:t>
      </w:r>
    </w:p>
    <w:p w:rsidR="00284F11" w:rsidRDefault="00543710">
      <w:pPr>
        <w:pStyle w:val="Heading1"/>
      </w:pPr>
      <w:r>
        <w:t>Stripe Connect Setup Guide for Organisers</w:t>
      </w:r>
    </w:p>
    <w:p w:rsidR="00284F11" w:rsidRDefault="00543710">
      <w:r>
        <w:rPr>
          <w:b/>
        </w:rPr>
        <w:t>KidsClub — Activity &amp; Event Marketplace</w:t>
      </w:r>
    </w:p>
    <w:p w:rsidR="00284F11" w:rsidRDefault="00543710">
      <w:r>
        <w:t>---</w:t>
      </w:r>
    </w:p>
    <w:p w:rsidR="00284F11" w:rsidRDefault="00543710">
      <w:pPr>
        <w:pStyle w:val="Heading2"/>
      </w:pPr>
      <w:r>
        <w:t>What Is Stripe?</w:t>
      </w:r>
    </w:p>
    <w:p w:rsidR="00284F11" w:rsidRDefault="00543710">
      <w:r>
        <w:t xml:space="preserve">Stripe is one of the world's leading online payment platforms, trusted </w:t>
      </w:r>
      <w:r>
        <w:t>by millions of businesses globally. It allows you to accept card payments securely and receive the money directly into your bank account.</w:t>
      </w:r>
    </w:p>
    <w:p w:rsidR="00284F11" w:rsidRDefault="00543710">
      <w:r>
        <w:t xml:space="preserve">KidsClub uses </w:t>
      </w:r>
      <w:r>
        <w:rPr>
          <w:b/>
        </w:rPr>
        <w:t>Stripe Connect</w:t>
      </w:r>
      <w:r>
        <w:t xml:space="preserve"> — Stripe's dedicated marketplace product — to ensure that every time a parent books one o</w:t>
      </w:r>
      <w:r>
        <w:t>f your events, the payment goes directly to your Stripe account. You are always in control of your own funds.</w:t>
      </w:r>
    </w:p>
    <w:p w:rsidR="00284F11" w:rsidRDefault="00543710">
      <w:r>
        <w:t>---</w:t>
      </w:r>
    </w:p>
    <w:p w:rsidR="00284F11" w:rsidRDefault="00543710">
      <w:pPr>
        <w:pStyle w:val="Heading2"/>
      </w:pPr>
      <w:r>
        <w:t>Why You Need a Stripe Account</w:t>
      </w:r>
    </w:p>
    <w:p w:rsidR="00284F11" w:rsidRDefault="00543710">
      <w:r>
        <w:t xml:space="preserve">To list paid events on KidsClub and receive booking payments, you </w:t>
      </w:r>
      <w:r>
        <w:rPr>
          <w:b/>
        </w:rPr>
        <w:t>must</w:t>
      </w:r>
      <w:r>
        <w:t xml:space="preserve"> connect a Stripe account. Without it:</w:t>
      </w:r>
    </w:p>
    <w:p w:rsidR="00284F11" w:rsidRDefault="00543710">
      <w:pPr>
        <w:pStyle w:val="ListBullet"/>
      </w:pPr>
      <w:r>
        <w:t>You</w:t>
      </w:r>
      <w:r>
        <w:t>r events can be listed but will not be able to accept card payments.</w:t>
      </w:r>
    </w:p>
    <w:p w:rsidR="00284F11" w:rsidRDefault="00543710">
      <w:pPr>
        <w:pStyle w:val="ListBullet"/>
      </w:pPr>
      <w:r>
        <w:t>You will not receive any booking revenue.</w:t>
      </w:r>
    </w:p>
    <w:p w:rsidR="00284F11" w:rsidRDefault="00543710">
      <w:r>
        <w:t>Connecting only takes a few minutes and is a one-time setup.</w:t>
      </w:r>
    </w:p>
    <w:p w:rsidR="00284F11" w:rsidRDefault="00543710">
      <w:r>
        <w:t>---</w:t>
      </w:r>
    </w:p>
    <w:p w:rsidR="00284F11" w:rsidRDefault="00543710">
      <w:pPr>
        <w:pStyle w:val="Heading2"/>
      </w:pPr>
      <w:r>
        <w:t>Benefits of Using Stripe Connect on KidsClub</w:t>
      </w:r>
    </w:p>
    <w:p w:rsidR="00284F11" w:rsidRDefault="00543710">
      <w:r>
        <w:t xml:space="preserve">| </w:t>
      </w:r>
      <w:r>
        <w:rPr>
          <w:b/>
        </w:rPr>
        <w:t>Di</w:t>
      </w:r>
      <w:r>
        <w:rPr>
          <w:b/>
        </w:rPr>
        <w:t>rect payouts</w:t>
      </w:r>
      <w:r>
        <w:t xml:space="preserve"> | Money from bookings goes straight to your Stripe account — KidsClub never holds your funds. |</w:t>
      </w:r>
    </w:p>
    <w:p w:rsidR="00284F11" w:rsidRDefault="00543710">
      <w:r>
        <w:t xml:space="preserve">| </w:t>
      </w:r>
      <w:r>
        <w:rPr>
          <w:b/>
        </w:rPr>
        <w:t>Fast settlement</w:t>
      </w:r>
      <w:r>
        <w:t xml:space="preserve"> | Stripe typically settles funds to your bank account within 2–7 business days (depending on your country and bank). |</w:t>
      </w:r>
    </w:p>
    <w:p w:rsidR="00284F11" w:rsidRDefault="00543710">
      <w:r>
        <w:t xml:space="preserve">| </w:t>
      </w:r>
      <w:r>
        <w:rPr>
          <w:b/>
        </w:rPr>
        <w:t>Secure p</w:t>
      </w:r>
      <w:r>
        <w:rPr>
          <w:b/>
        </w:rPr>
        <w:t>ayments</w:t>
      </w:r>
      <w:r>
        <w:t xml:space="preserve"> | Stripe is PCI-DSS Level 1 certified — the highest level of payment security available. |</w:t>
      </w:r>
    </w:p>
    <w:p w:rsidR="00284F11" w:rsidRDefault="00543710">
      <w:r>
        <w:t xml:space="preserve">| </w:t>
      </w:r>
      <w:r>
        <w:rPr>
          <w:b/>
        </w:rPr>
        <w:t>Transparent dashboard</w:t>
      </w:r>
      <w:r>
        <w:t xml:space="preserve"> | Log in to your Stripe dashboard at any time to view all transactions, payouts, and reports. |</w:t>
      </w:r>
    </w:p>
    <w:p w:rsidR="00284F11" w:rsidRDefault="00543710">
      <w:r>
        <w:lastRenderedPageBreak/>
        <w:t xml:space="preserve">| </w:t>
      </w:r>
      <w:r>
        <w:rPr>
          <w:b/>
        </w:rPr>
        <w:t>Accepted cards</w:t>
      </w:r>
      <w:r>
        <w:t xml:space="preserve"> | Accepts Visa, Mast</w:t>
      </w:r>
      <w:r>
        <w:t>ercard, American Express, Apple Pay, Google Pay, and more. |</w:t>
      </w:r>
    </w:p>
    <w:p w:rsidR="00284F11" w:rsidRDefault="00543710">
      <w:r>
        <w:t xml:space="preserve">| </w:t>
      </w:r>
      <w:r>
        <w:rPr>
          <w:b/>
        </w:rPr>
        <w:t>No technical setup</w:t>
      </w:r>
      <w:r>
        <w:t xml:space="preserve"> | Once connected, payments are handled automatically. You do not need to configure anything on Stripe for each event. |</w:t>
      </w:r>
    </w:p>
    <w:p w:rsidR="00284F11" w:rsidRDefault="00543710">
      <w:r>
        <w:t xml:space="preserve">| </w:t>
      </w:r>
      <w:r>
        <w:rPr>
          <w:b/>
        </w:rPr>
        <w:t>Dispute protection</w:t>
      </w:r>
      <w:r>
        <w:t xml:space="preserve"> | Stripe provides built-in tools </w:t>
      </w:r>
      <w:r>
        <w:t>to manage chargebacks and customer disputes. |</w:t>
      </w:r>
    </w:p>
    <w:p w:rsidR="00284F11" w:rsidRDefault="00543710">
      <w:r>
        <w:t>---</w:t>
      </w:r>
    </w:p>
    <w:p w:rsidR="00284F11" w:rsidRDefault="00543710">
      <w:pPr>
        <w:pStyle w:val="Heading2"/>
      </w:pPr>
      <w:r>
        <w:t>Platform Commission</w:t>
      </w:r>
    </w:p>
    <w:p w:rsidR="00284F11" w:rsidRDefault="00543710">
      <w:r>
        <w:t xml:space="preserve">KidsClub charges a small platform commission on each successful booking. This is automatically deducted at the time of payment — you receive the net amount in your Stripe account </w:t>
      </w:r>
      <w:r>
        <w:t>without needing to make any manual transfers or payments to the platform.</w:t>
      </w:r>
    </w:p>
    <w:p w:rsidR="00284F11" w:rsidRPr="00543710" w:rsidRDefault="00543710">
      <w:pPr>
        <w:rPr>
          <w:b/>
        </w:rPr>
      </w:pPr>
      <w:r w:rsidRPr="00543710">
        <w:rPr>
          <w:b/>
          <w:i/>
        </w:rPr>
        <w:t>Your payout = Booking total − Platform commission</w:t>
      </w:r>
    </w:p>
    <w:p w:rsidR="00284F11" w:rsidRDefault="00543710">
      <w:r>
        <w:t>The exact commission rate is shown during the connection process and on your organiser dashboard.</w:t>
      </w:r>
    </w:p>
    <w:p w:rsidR="00284F11" w:rsidRDefault="00543710">
      <w:r>
        <w:t>---</w:t>
      </w:r>
    </w:p>
    <w:p w:rsidR="00284F11" w:rsidRDefault="00543710">
      <w:pPr>
        <w:pStyle w:val="Heading2"/>
      </w:pPr>
      <w:r>
        <w:t>Part 1 — Create Your Strip</w:t>
      </w:r>
      <w:r>
        <w:t>e Account</w:t>
      </w:r>
    </w:p>
    <w:p w:rsidR="00284F11" w:rsidRDefault="00543710">
      <w:r>
        <w:rPr>
          <w:i/>
        </w:rPr>
        <w:t>**Already have a Stripe account?** Skip to Part 2.</w:t>
      </w:r>
    </w:p>
    <w:p w:rsidR="00284F11" w:rsidRDefault="00543710">
      <w:pPr>
        <w:pStyle w:val="ListNumber"/>
      </w:pPr>
      <w:r>
        <w:t xml:space="preserve">Go to </w:t>
      </w:r>
      <w:hyperlink r:id="rId6" w:history="1">
        <w:r w:rsidRPr="00543710">
          <w:rPr>
            <w:rStyle w:val="Hyperlink"/>
          </w:rPr>
          <w:t>https://dashboard.stripe.com/register</w:t>
        </w:r>
      </w:hyperlink>
      <w:r>
        <w:t xml:space="preserve"> in your browser.</w:t>
      </w:r>
    </w:p>
    <w:p w:rsidR="00284F11" w:rsidRDefault="00543710">
      <w:pPr>
        <w:pStyle w:val="ListNumber"/>
      </w:pPr>
      <w:r>
        <w:t xml:space="preserve">Enter your </w:t>
      </w:r>
      <w:r>
        <w:rPr>
          <w:b/>
        </w:rPr>
        <w:t>email address</w:t>
      </w:r>
      <w:r>
        <w:t xml:space="preserve">, </w:t>
      </w:r>
      <w:r>
        <w:rPr>
          <w:b/>
        </w:rPr>
        <w:t>full name</w:t>
      </w:r>
      <w:r>
        <w:t xml:space="preserve">, and </w:t>
      </w:r>
      <w:r>
        <w:rPr>
          <w:b/>
        </w:rPr>
        <w:t>country</w:t>
      </w:r>
      <w:r>
        <w:t>.</w:t>
      </w:r>
    </w:p>
    <w:p w:rsidR="00284F11" w:rsidRDefault="00543710">
      <w:pPr>
        <w:pStyle w:val="ListNumber"/>
      </w:pPr>
      <w:r>
        <w:t xml:space="preserve">Choose a strong password and click </w:t>
      </w:r>
      <w:r>
        <w:rPr>
          <w:b/>
        </w:rPr>
        <w:t xml:space="preserve">Create </w:t>
      </w:r>
      <w:r>
        <w:rPr>
          <w:b/>
        </w:rPr>
        <w:t>account</w:t>
      </w:r>
      <w:r>
        <w:t>.</w:t>
      </w:r>
    </w:p>
    <w:p w:rsidR="00284F11" w:rsidRDefault="00543710">
      <w:pPr>
        <w:pStyle w:val="ListNumber"/>
      </w:pPr>
      <w:r>
        <w:t xml:space="preserve">Stripe will send a </w:t>
      </w:r>
      <w:r>
        <w:rPr>
          <w:b/>
        </w:rPr>
        <w:t>verification email</w:t>
      </w:r>
      <w:r>
        <w:t xml:space="preserve"> — open it and click the link to confirm your address.</w:t>
      </w:r>
    </w:p>
    <w:p w:rsidR="00284F11" w:rsidRDefault="00543710">
      <w:pPr>
        <w:pStyle w:val="ListNumber"/>
      </w:pPr>
      <w:r>
        <w:t xml:space="preserve">Once inside the Stripe dashboard, you will be prompted to complete your account details. Click </w:t>
      </w:r>
      <w:r>
        <w:rPr>
          <w:b/>
        </w:rPr>
        <w:t>Activate your account</w:t>
      </w:r>
      <w:r>
        <w:t xml:space="preserve"> and provide:</w:t>
      </w:r>
    </w:p>
    <w:p w:rsidR="00284F11" w:rsidRDefault="00543710">
      <w:pPr>
        <w:pStyle w:val="ListBullet"/>
      </w:pPr>
      <w:r>
        <w:t xml:space="preserve">Your </w:t>
      </w:r>
      <w:r>
        <w:rPr>
          <w:b/>
        </w:rPr>
        <w:t>business type</w:t>
      </w:r>
      <w:r>
        <w:t xml:space="preserve"> (Indiv</w:t>
      </w:r>
      <w:r>
        <w:t>idual, Sole Trader, Limited Company, etc.)</w:t>
      </w:r>
    </w:p>
    <w:p w:rsidR="00284F11" w:rsidRDefault="00543710">
      <w:pPr>
        <w:pStyle w:val="ListBullet"/>
      </w:pPr>
      <w:r>
        <w:rPr>
          <w:b/>
        </w:rPr>
        <w:t>Business details</w:t>
      </w:r>
      <w:r>
        <w:t xml:space="preserve"> (address, phone number, website or social media link)</w:t>
      </w:r>
    </w:p>
    <w:p w:rsidR="00284F11" w:rsidRDefault="00543710">
      <w:pPr>
        <w:pStyle w:val="ListBullet"/>
      </w:pPr>
      <w:r>
        <w:rPr>
          <w:b/>
        </w:rPr>
        <w:t>Personal identity verification</w:t>
      </w:r>
      <w:r>
        <w:t xml:space="preserve"> (usually a government-issued ID such as a passport or driving licence)</w:t>
      </w:r>
    </w:p>
    <w:p w:rsidR="00284F11" w:rsidRDefault="00543710">
      <w:pPr>
        <w:pStyle w:val="ListBullet"/>
      </w:pPr>
      <w:r>
        <w:t xml:space="preserve">Your </w:t>
      </w:r>
      <w:r>
        <w:rPr>
          <w:b/>
        </w:rPr>
        <w:t>bank account details</w:t>
      </w:r>
      <w:r>
        <w:t xml:space="preserve"> so Stripe can </w:t>
      </w:r>
      <w:r>
        <w:t>pay you</w:t>
      </w:r>
    </w:p>
    <w:p w:rsidR="00284F11" w:rsidRDefault="00543710">
      <w:pPr>
        <w:pStyle w:val="ListNumber"/>
      </w:pPr>
      <w:r>
        <w:t>Stripe reviews your application automatically. Most accounts are verified within a few minutes. Some may take up to 24 hours.</w:t>
      </w:r>
    </w:p>
    <w:p w:rsidR="00284F11" w:rsidRDefault="00543710">
      <w:r>
        <w:rPr>
          <w:i/>
        </w:rPr>
        <w:t>**Tip:** Have your ID and bank account details ready before you start — this makes the process much faster.</w:t>
      </w:r>
    </w:p>
    <w:p w:rsidR="00284F11" w:rsidRDefault="00543710">
      <w:r>
        <w:t>---</w:t>
      </w:r>
    </w:p>
    <w:p w:rsidR="00284F11" w:rsidRDefault="00543710">
      <w:pPr>
        <w:pStyle w:val="Heading2"/>
      </w:pPr>
      <w:r>
        <w:lastRenderedPageBreak/>
        <w:t>Part 2 — C</w:t>
      </w:r>
      <w:r>
        <w:t>onnect Your Stripe Account to KidsClub</w:t>
      </w:r>
    </w:p>
    <w:p w:rsidR="00284F11" w:rsidRDefault="00543710">
      <w:r>
        <w:t>Once your Stripe account is created and verified, follow these steps to link it to your KidsClub organiser profile.</w:t>
      </w:r>
    </w:p>
    <w:p w:rsidR="00284F11" w:rsidRDefault="00543710">
      <w:pPr>
        <w:pStyle w:val="Heading3"/>
      </w:pPr>
      <w:r>
        <w:t>Step 1 — Log in to KidsClub</w:t>
      </w:r>
    </w:p>
    <w:p w:rsidR="00284F11" w:rsidRDefault="00543710">
      <w:r>
        <w:t xml:space="preserve">Go to </w:t>
      </w:r>
      <w:hyperlink r:id="rId7" w:history="1">
        <w:r w:rsidRPr="00543710">
          <w:rPr>
            <w:rStyle w:val="Hyperlink"/>
          </w:rPr>
          <w:t>https://kidsclub.hk</w:t>
        </w:r>
      </w:hyperlink>
      <w:r>
        <w:t xml:space="preserve"> and log in with your org</w:t>
      </w:r>
      <w:r>
        <w:t>aniser account.</w:t>
      </w:r>
    </w:p>
    <w:p w:rsidR="00284F11" w:rsidRDefault="00543710">
      <w:pPr>
        <w:pStyle w:val="Heading3"/>
      </w:pPr>
      <w:r>
        <w:t>Step 2 — Go to Your Organiser Profile</w:t>
      </w:r>
    </w:p>
    <w:p w:rsidR="00284F11" w:rsidRDefault="00543710">
      <w:r>
        <w:t>From your dashboard, navigate to:</w:t>
      </w:r>
    </w:p>
    <w:p w:rsidR="00284F11" w:rsidRDefault="00543710">
      <w:r>
        <w:rPr>
          <w:b/>
        </w:rPr>
        <w:t>Dashboard → Profile</w:t>
      </w:r>
      <w:r>
        <w:t xml:space="preserve"> (or look for the </w:t>
      </w:r>
      <w:r>
        <w:rPr>
          <w:b/>
        </w:rPr>
        <w:t>Stripe Payments</w:t>
      </w:r>
      <w:r>
        <w:t xml:space="preserve"> section on your profile page)</w:t>
      </w:r>
    </w:p>
    <w:p w:rsidR="00284F11" w:rsidRDefault="00543710">
      <w:pPr>
        <w:pStyle w:val="Heading3"/>
      </w:pPr>
      <w:r>
        <w:t>Step 3 — Click "Connect with Stripe"</w:t>
      </w:r>
    </w:p>
    <w:p w:rsidR="00284F11" w:rsidRDefault="00543710">
      <w:r>
        <w:t xml:space="preserve">You will see a section labelled </w:t>
      </w:r>
      <w:r>
        <w:rPr>
          <w:b/>
        </w:rPr>
        <w:t>Stripe Payments</w:t>
      </w:r>
      <w:r>
        <w:t xml:space="preserve"> </w:t>
      </w:r>
      <w:r>
        <w:t xml:space="preserve">with a </w:t>
      </w:r>
      <w:r>
        <w:rPr>
          <w:b/>
        </w:rPr>
        <w:t>Connect with Stripe</w:t>
      </w:r>
      <w:r>
        <w:t xml:space="preserve"> button. Click it.</w:t>
      </w:r>
    </w:p>
    <w:p w:rsidR="00284F11" w:rsidRDefault="00543710">
      <w:r>
        <w:t>You will be redirected to Stripe's website.</w:t>
      </w:r>
    </w:p>
    <w:p w:rsidR="00284F11" w:rsidRDefault="00543710">
      <w:pPr>
        <w:pStyle w:val="Heading3"/>
      </w:pPr>
      <w:r>
        <w:t>Step 4 — Authorise the Connection</w:t>
      </w:r>
    </w:p>
    <w:p w:rsidR="00284F11" w:rsidRDefault="00543710">
      <w:r>
        <w:t>On the Stripe page:</w:t>
      </w:r>
    </w:p>
    <w:p w:rsidR="00284F11" w:rsidRDefault="00543710">
      <w:pPr>
        <w:pStyle w:val="ListBullet"/>
      </w:pPr>
      <w:r>
        <w:t xml:space="preserve">If you are </w:t>
      </w:r>
      <w:r>
        <w:rPr>
          <w:b/>
        </w:rPr>
        <w:t>already logged in</w:t>
      </w:r>
      <w:r>
        <w:t xml:space="preserve"> to Stripe, you will see a screen asking you to authorise KidsClub to connect to your account. Click </w:t>
      </w:r>
      <w:r>
        <w:rPr>
          <w:b/>
        </w:rPr>
        <w:t>Connect</w:t>
      </w:r>
      <w:r>
        <w:t>.</w:t>
      </w:r>
    </w:p>
    <w:p w:rsidR="00284F11" w:rsidRDefault="00543710">
      <w:pPr>
        <w:pStyle w:val="ListBullet"/>
      </w:pPr>
      <w:r>
        <w:t xml:space="preserve">If you are </w:t>
      </w:r>
      <w:r>
        <w:rPr>
          <w:b/>
        </w:rPr>
        <w:t>not logged in</w:t>
      </w:r>
      <w:r>
        <w:t xml:space="preserve">, enter your Stripe email and password, then click </w:t>
      </w:r>
      <w:r>
        <w:rPr>
          <w:b/>
        </w:rPr>
        <w:t>Connect</w:t>
      </w:r>
      <w:r>
        <w:t>.</w:t>
      </w:r>
    </w:p>
    <w:p w:rsidR="00284F11" w:rsidRDefault="00543710">
      <w:pPr>
        <w:pStyle w:val="ListBullet"/>
      </w:pPr>
      <w:r>
        <w:t xml:space="preserve">If you </w:t>
      </w:r>
      <w:r>
        <w:rPr>
          <w:b/>
        </w:rPr>
        <w:t>do not yet have a Stripe account</w:t>
      </w:r>
      <w:r>
        <w:t>, you can create one di</w:t>
      </w:r>
      <w:r>
        <w:t>rectly on this page.</w:t>
      </w:r>
    </w:p>
    <w:p w:rsidR="00284F11" w:rsidRDefault="00543710">
      <w:r>
        <w:rPr>
          <w:i/>
        </w:rPr>
        <w:t>Stripe will pre-fill your email address from your KidsClub profile to save time.</w:t>
      </w:r>
    </w:p>
    <w:p w:rsidR="00284F11" w:rsidRDefault="00543710">
      <w:pPr>
        <w:pStyle w:val="Heading3"/>
      </w:pPr>
      <w:r>
        <w:t>Step 5 — Return to KidsClub</w:t>
      </w:r>
    </w:p>
    <w:p w:rsidR="00284F11" w:rsidRDefault="00543710">
      <w:r>
        <w:t>After authorising, Stripe will redirect you back to your KidsClub profile automatically. You will see a confirmation message a</w:t>
      </w:r>
      <w:r>
        <w:t xml:space="preserve">nd your account status will update to </w:t>
      </w:r>
      <w:r>
        <w:rPr>
          <w:b/>
        </w:rPr>
        <w:t>Connected</w:t>
      </w:r>
      <w:r>
        <w:t>.</w:t>
      </w:r>
    </w:p>
    <w:p w:rsidR="00284F11" w:rsidRDefault="00543710">
      <w:r>
        <w:t>---</w:t>
      </w:r>
    </w:p>
    <w:p w:rsidR="00284F11" w:rsidRDefault="00543710">
      <w:pPr>
        <w:pStyle w:val="Heading2"/>
      </w:pPr>
      <w:r>
        <w:t>Understanding Your Connection Status</w:t>
      </w:r>
    </w:p>
    <w:p w:rsidR="00284F11" w:rsidRDefault="00543710">
      <w:r>
        <w:t>After connecting, your profile page shows your current status:</w:t>
      </w:r>
    </w:p>
    <w:p w:rsidR="00284F11" w:rsidRDefault="00543710">
      <w:r>
        <w:t>| Status | Meaning |</w:t>
      </w:r>
    </w:p>
    <w:p w:rsidR="00284F11" w:rsidRDefault="00543710">
      <w:r>
        <w:t xml:space="preserve">| </w:t>
      </w:r>
      <w:r>
        <w:rPr>
          <w:b/>
        </w:rPr>
        <w:t>Connected — Active</w:t>
      </w:r>
      <w:r>
        <w:t xml:space="preserve"> | Everything is working. Payments from bookings will go directly to your Stripe account. |</w:t>
      </w:r>
    </w:p>
    <w:p w:rsidR="00284F11" w:rsidRDefault="00543710">
      <w:r>
        <w:t xml:space="preserve">| </w:t>
      </w:r>
      <w:r>
        <w:rPr>
          <w:b/>
        </w:rPr>
        <w:t>Connected — Pending Verification</w:t>
      </w:r>
      <w:r>
        <w:t xml:space="preserve"> | Your Stripe account is linked but Stripe has not yet fully verified your identity or bank details. Complete the prompts inside </w:t>
      </w:r>
      <w:r>
        <w:t>your Stripe dashboard to activate payouts. |</w:t>
      </w:r>
    </w:p>
    <w:p w:rsidR="00284F11" w:rsidRDefault="00543710">
      <w:r>
        <w:t xml:space="preserve">| </w:t>
      </w:r>
      <w:r>
        <w:rPr>
          <w:b/>
        </w:rPr>
        <w:t>Not Connected</w:t>
      </w:r>
      <w:r>
        <w:t xml:space="preserve"> | You have not yet linked a Stripe account. Bookings cannot be processed for paid events. |</w:t>
      </w:r>
    </w:p>
    <w:p w:rsidR="00284F11" w:rsidRDefault="00543710">
      <w:r>
        <w:lastRenderedPageBreak/>
        <w:t>---</w:t>
      </w:r>
    </w:p>
    <w:p w:rsidR="00284F11" w:rsidRDefault="00543710">
      <w:pPr>
        <w:pStyle w:val="Heading2"/>
      </w:pPr>
      <w:r>
        <w:t>After Connecting — What Happens at Booking?</w:t>
      </w:r>
    </w:p>
    <w:p w:rsidR="00284F11" w:rsidRDefault="00543710">
      <w:pPr>
        <w:pStyle w:val="ListNumber"/>
      </w:pPr>
      <w:r>
        <w:t>A parent books and pays for your event on KidsClub.</w:t>
      </w:r>
    </w:p>
    <w:p w:rsidR="00284F11" w:rsidRDefault="00543710">
      <w:pPr>
        <w:pStyle w:val="ListNumber"/>
      </w:pPr>
      <w:r>
        <w:t>The</w:t>
      </w:r>
      <w:r>
        <w:t xml:space="preserve"> card payment is charged instantly and securely through Stripe.</w:t>
      </w:r>
    </w:p>
    <w:p w:rsidR="00284F11" w:rsidRDefault="00543710">
      <w:pPr>
        <w:pStyle w:val="ListNumber"/>
      </w:pPr>
      <w:r>
        <w:t>The platform commission is automatically deducted.</w:t>
      </w:r>
    </w:p>
    <w:p w:rsidR="00284F11" w:rsidRDefault="00543710">
      <w:pPr>
        <w:pStyle w:val="ListNumber"/>
      </w:pPr>
      <w:r>
        <w:t>The remaining balance is sent to your Stripe account.</w:t>
      </w:r>
    </w:p>
    <w:p w:rsidR="00284F11" w:rsidRDefault="00543710">
      <w:pPr>
        <w:pStyle w:val="ListNumber"/>
      </w:pPr>
      <w:r>
        <w:t xml:space="preserve">Stripe then pays this out to your bank account on your normal payout schedule (usually </w:t>
      </w:r>
      <w:r>
        <w:t>2–7 business days).</w:t>
      </w:r>
    </w:p>
    <w:p w:rsidR="00284F11" w:rsidRDefault="00543710">
      <w:r>
        <w:t xml:space="preserve">You can view every transaction in your </w:t>
      </w:r>
      <w:r>
        <w:rPr>
          <w:b/>
        </w:rPr>
        <w:t>Stripe Dashboard</w:t>
      </w:r>
      <w:r>
        <w:t xml:space="preserve"> at </w:t>
      </w:r>
      <w:hyperlink r:id="rId8" w:history="1">
        <w:r w:rsidRPr="00543710">
          <w:rPr>
            <w:rStyle w:val="Hyperlink"/>
          </w:rPr>
          <w:t>https://dashboard.stripe.com</w:t>
        </w:r>
        <w:r w:rsidRPr="00543710">
          <w:rPr>
            <w:rStyle w:val="Hyperlink"/>
          </w:rPr>
          <w:t>.</w:t>
        </w:r>
      </w:hyperlink>
    </w:p>
    <w:p w:rsidR="00284F11" w:rsidRDefault="00543710">
      <w:r>
        <w:t>---</w:t>
      </w:r>
    </w:p>
    <w:p w:rsidR="00284F11" w:rsidRDefault="00543710">
      <w:pPr>
        <w:pStyle w:val="Heading2"/>
      </w:pPr>
      <w:r>
        <w:t>Disconnecting Your Stripe Account</w:t>
      </w:r>
    </w:p>
    <w:p w:rsidR="00284F11" w:rsidRDefault="00543710">
      <w:r>
        <w:t>If you ever need to remove the connection:</w:t>
      </w:r>
    </w:p>
    <w:p w:rsidR="00284F11" w:rsidRDefault="00543710">
      <w:pPr>
        <w:pStyle w:val="ListNumber"/>
      </w:pPr>
      <w:r>
        <w:t xml:space="preserve">Go to </w:t>
      </w:r>
      <w:r>
        <w:rPr>
          <w:b/>
        </w:rPr>
        <w:t>Dashboard → Profile → Stripe</w:t>
      </w:r>
      <w:r>
        <w:rPr>
          <w:b/>
        </w:rPr>
        <w:t xml:space="preserve"> Payments</w:t>
      </w:r>
      <w:r>
        <w:t xml:space="preserve"> on KidsClub.</w:t>
      </w:r>
    </w:p>
    <w:p w:rsidR="00284F11" w:rsidRDefault="00543710">
      <w:pPr>
        <w:pStyle w:val="ListNumber"/>
      </w:pPr>
      <w:r>
        <w:t xml:space="preserve">Click </w:t>
      </w:r>
      <w:r>
        <w:rPr>
          <w:b/>
        </w:rPr>
        <w:t>Disconnect Account</w:t>
      </w:r>
      <w:r>
        <w:t>.</w:t>
      </w:r>
    </w:p>
    <w:p w:rsidR="00284F11" w:rsidRDefault="00543710">
      <w:pPr>
        <w:pStyle w:val="ListNumber"/>
      </w:pPr>
      <w:r>
        <w:t>Your Stripe account itself is not affected — only the link to KidsClub is removed.</w:t>
      </w:r>
    </w:p>
    <w:p w:rsidR="00284F11" w:rsidRDefault="00543710">
      <w:r>
        <w:rPr>
          <w:i/>
        </w:rPr>
        <w:t>Note: Disconnecting will prevent future bookings on your paid events from being processed until you reconnect.</w:t>
      </w:r>
    </w:p>
    <w:p w:rsidR="00284F11" w:rsidRDefault="00543710">
      <w:r>
        <w:t>---</w:t>
      </w:r>
    </w:p>
    <w:p w:rsidR="00284F11" w:rsidRDefault="00543710">
      <w:pPr>
        <w:pStyle w:val="Heading2"/>
      </w:pPr>
      <w:r>
        <w:t>Frequently Asked Questions</w:t>
      </w:r>
    </w:p>
    <w:p w:rsidR="00284F11" w:rsidRDefault="00543710">
      <w:r>
        <w:rPr>
          <w:b/>
        </w:rPr>
        <w:t>Do I need a business Stripe account, or can I use a personal one?</w:t>
      </w:r>
    </w:p>
    <w:p w:rsidR="00284F11" w:rsidRDefault="00543710">
      <w:r>
        <w:t xml:space="preserve">You can use either. Stripe supports individuals and businesses. If you are running activities as a sole trader or individual, selecting "Individual" during Stripe </w:t>
      </w:r>
      <w:r>
        <w:t>registration is fine.</w:t>
      </w:r>
    </w:p>
    <w:p w:rsidR="00284F11" w:rsidRDefault="00543710">
      <w:r>
        <w:rPr>
          <w:b/>
        </w:rPr>
        <w:t>Is my banking information safe?</w:t>
      </w:r>
    </w:p>
    <w:p w:rsidR="00284F11" w:rsidRDefault="00543710">
      <w:r>
        <w:t>Yes. KidsClub never sees or stores your bank account details. All financial information is held securely by Stripe, which is regulated and audited to the highest payment industry standards.</w:t>
      </w:r>
    </w:p>
    <w:p w:rsidR="00284F11" w:rsidRDefault="00543710">
      <w:r>
        <w:rPr>
          <w:b/>
        </w:rPr>
        <w:t>What currenc</w:t>
      </w:r>
      <w:r>
        <w:rPr>
          <w:b/>
        </w:rPr>
        <w:t>ies are supported?</w:t>
      </w:r>
    </w:p>
    <w:p w:rsidR="00284F11" w:rsidRDefault="00543710">
      <w:r>
        <w:t>Please check with the KidsClub platform administrator for the currently supported currency.</w:t>
      </w:r>
    </w:p>
    <w:p w:rsidR="00284F11" w:rsidRDefault="00543710">
      <w:r>
        <w:rPr>
          <w:b/>
        </w:rPr>
        <w:t>How long does verification take?</w:t>
      </w:r>
    </w:p>
    <w:p w:rsidR="00284F11" w:rsidRDefault="00543710">
      <w:r>
        <w:t>Most accounts are verified automatically within minutes. In some cases Stripe may request additional documentati</w:t>
      </w:r>
      <w:r>
        <w:t>on, which can take up to a few business days.</w:t>
      </w:r>
    </w:p>
    <w:p w:rsidR="00284F11" w:rsidRDefault="00543710">
      <w:r>
        <w:rPr>
          <w:b/>
        </w:rPr>
        <w:lastRenderedPageBreak/>
        <w:t>What if my Stripe account shows "Pending" after I connect?</w:t>
      </w:r>
    </w:p>
    <w:p w:rsidR="00284F11" w:rsidRDefault="00543710">
      <w:r>
        <w:t xml:space="preserve">This means Stripe needs more information to activate your account. Log in to </w:t>
      </w:r>
      <w:hyperlink r:id="rId9" w:history="1">
        <w:r w:rsidRPr="00543710">
          <w:rPr>
            <w:rStyle w:val="Hyperlink"/>
          </w:rPr>
          <w:t>https://dashboard.stripe.com</w:t>
        </w:r>
      </w:hyperlink>
      <w:r>
        <w:t xml:space="preserve"> and follow th</w:t>
      </w:r>
      <w:r>
        <w:t>e prompts to complete your profile. Once verified, your status on KidsClub will update automatically.</w:t>
      </w:r>
    </w:p>
    <w:p w:rsidR="00284F11" w:rsidRDefault="00543710">
      <w:r>
        <w:rPr>
          <w:b/>
        </w:rPr>
        <w:t>Will I receive a receipt or invoice for the platform commission?</w:t>
      </w:r>
    </w:p>
    <w:p w:rsidR="00284F11" w:rsidRDefault="00543710">
      <w:r>
        <w:t xml:space="preserve">Your Stripe dashboard shows the full transaction amount. The platform commission appears </w:t>
      </w:r>
      <w:r>
        <w:t>as a deduction in your Stripe payout history.</w:t>
      </w:r>
    </w:p>
    <w:p w:rsidR="00284F11" w:rsidRDefault="00543710">
      <w:r>
        <w:rPr>
          <w:b/>
        </w:rPr>
        <w:t>Can I connect the same Stripe account to multiple platforms?</w:t>
      </w:r>
    </w:p>
    <w:p w:rsidR="00284F11" w:rsidRDefault="00543710">
      <w:r>
        <w:t>Yes. Stripe Connect allows your account to be connected to multiple platforms simultaneously.</w:t>
      </w:r>
    </w:p>
    <w:p w:rsidR="00284F11" w:rsidRDefault="00543710">
      <w:r>
        <w:t>---</w:t>
      </w:r>
    </w:p>
    <w:p w:rsidR="00284F11" w:rsidRDefault="00543710">
      <w:pPr>
        <w:pStyle w:val="Heading2"/>
      </w:pPr>
      <w:r>
        <w:t>Need Help?</w:t>
      </w:r>
    </w:p>
    <w:p w:rsidR="00284F11" w:rsidRDefault="00543710">
      <w:r>
        <w:t>If you have trouble creating or connecti</w:t>
      </w:r>
      <w:r>
        <w:t>ng your Stripe account, please contact the KidsClub support team.</w:t>
      </w:r>
    </w:p>
    <w:p w:rsidR="00284F11" w:rsidRDefault="00543710">
      <w:r>
        <w:t xml:space="preserve">For issues specific to your Stripe account (verification, payouts, bank details), contact </w:t>
      </w:r>
      <w:r>
        <w:rPr>
          <w:b/>
        </w:rPr>
        <w:t>Stripe Support</w:t>
      </w:r>
      <w:r>
        <w:t xml:space="preserve"> directly at </w:t>
      </w:r>
      <w:hyperlink r:id="rId10" w:history="1">
        <w:r w:rsidRPr="00543710">
          <w:rPr>
            <w:rStyle w:val="Hyperlink"/>
          </w:rPr>
          <w:t>https://support.stripe.com</w:t>
        </w:r>
      </w:hyperlink>
      <w:r>
        <w:t>.</w:t>
      </w:r>
    </w:p>
    <w:p w:rsidR="00284F11" w:rsidRDefault="00543710">
      <w:r>
        <w:t>---</w:t>
      </w:r>
    </w:p>
    <w:p w:rsidR="00284F11" w:rsidRPr="00543710" w:rsidRDefault="00543710">
      <w:pPr>
        <w:rPr>
          <w:b/>
        </w:rPr>
      </w:pPr>
      <w:r w:rsidRPr="00543710">
        <w:rPr>
          <w:b/>
        </w:rPr>
        <w:t xml:space="preserve">Document </w:t>
      </w:r>
      <w:r w:rsidRPr="00543710">
        <w:rPr>
          <w:b/>
        </w:rPr>
        <w:t xml:space="preserve">prepared for </w:t>
      </w:r>
      <w:proofErr w:type="spellStart"/>
      <w:r w:rsidRPr="00543710">
        <w:rPr>
          <w:b/>
        </w:rPr>
        <w:t>KidsClub</w:t>
      </w:r>
      <w:proofErr w:type="spellEnd"/>
      <w:r w:rsidRPr="00543710">
        <w:rPr>
          <w:b/>
        </w:rPr>
        <w:t xml:space="preserve"> organisers. Last reviewed: May 2026.</w:t>
      </w:r>
      <w:bookmarkStart w:id="0" w:name="_GoBack"/>
      <w:bookmarkEnd w:id="0"/>
    </w:p>
    <w:sectPr w:rsidR="00284F11" w:rsidRPr="0054371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84F11"/>
    <w:rsid w:val="0029639D"/>
    <w:rsid w:val="00326F90"/>
    <w:rsid w:val="0054371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6A2F78"/>
  <w14:defaultImageDpi w14:val="300"/>
  <w15:docId w15:val="{ABD7D41C-7959-4145-BD5F-7F9D1931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5437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shboard.stripe.com." TargetMode="External"/><Relationship Id="rId3" Type="http://schemas.openxmlformats.org/officeDocument/2006/relationships/styles" Target="styles.xml"/><Relationship Id="rId7" Type="http://schemas.openxmlformats.org/officeDocument/2006/relationships/hyperlink" Target="https://kidsclub.hk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ashboard.stripe.com/register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support.stripe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ashboard.strip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925FE97-03C2-4D10-8797-69CE5E0CA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1173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7850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2</cp:revision>
  <dcterms:created xsi:type="dcterms:W3CDTF">2026-05-18T06:19:00Z</dcterms:created>
  <dcterms:modified xsi:type="dcterms:W3CDTF">2026-05-18T06:19:00Z</dcterms:modified>
  <cp:category/>
</cp:coreProperties>
</file>